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9E3" w:rsidRPr="009319E3" w:rsidRDefault="009319E3" w:rsidP="009319E3">
      <w:pPr>
        <w:jc w:val="right"/>
        <w:rPr>
          <w:lang w:val="pl-PL"/>
        </w:rPr>
      </w:pPr>
      <w:r w:rsidRPr="009319E3">
        <w:rPr>
          <w:lang w:val="pl-PL"/>
        </w:rPr>
        <w:t>Przyłęki, dnia ……………………… 2026 r.</w:t>
      </w:r>
    </w:p>
    <w:p w:rsidR="009319E3" w:rsidRPr="00A65A80" w:rsidRDefault="009319E3" w:rsidP="009319E3">
      <w:pPr>
        <w:jc w:val="right"/>
        <w:rPr>
          <w:b/>
          <w:lang w:val="pl-PL"/>
        </w:rPr>
      </w:pPr>
    </w:p>
    <w:p w:rsidR="009319E3" w:rsidRPr="00A65A80" w:rsidRDefault="009319E3" w:rsidP="00A65A80">
      <w:pPr>
        <w:spacing w:after="0"/>
        <w:rPr>
          <w:b/>
          <w:lang w:val="pl-PL"/>
        </w:rPr>
      </w:pPr>
    </w:p>
    <w:p w:rsidR="009319E3" w:rsidRPr="00A65A80" w:rsidRDefault="009319E3" w:rsidP="009319E3">
      <w:pPr>
        <w:spacing w:after="0"/>
        <w:jc w:val="center"/>
        <w:rPr>
          <w:b/>
          <w:lang w:val="pl-PL"/>
        </w:rPr>
      </w:pPr>
    </w:p>
    <w:p w:rsidR="009319E3" w:rsidRPr="00A65A80" w:rsidRDefault="009319E3" w:rsidP="009319E3">
      <w:pPr>
        <w:spacing w:after="0"/>
        <w:rPr>
          <w:b/>
          <w:lang w:val="pl-PL"/>
        </w:rPr>
      </w:pPr>
    </w:p>
    <w:p w:rsidR="009319E3" w:rsidRPr="00A65A80" w:rsidRDefault="009319E3" w:rsidP="009319E3">
      <w:pPr>
        <w:spacing w:after="0"/>
        <w:jc w:val="center"/>
        <w:rPr>
          <w:b/>
          <w:lang w:val="pl-PL"/>
        </w:rPr>
      </w:pPr>
    </w:p>
    <w:p w:rsidR="0087607A" w:rsidRDefault="00421D78">
      <w:pPr>
        <w:jc w:val="center"/>
        <w:rPr>
          <w:b/>
          <w:sz w:val="26"/>
          <w:lang w:val="pl-PL"/>
        </w:rPr>
      </w:pPr>
      <w:r w:rsidRPr="009319E3">
        <w:rPr>
          <w:b/>
          <w:sz w:val="26"/>
          <w:lang w:val="pl-PL"/>
        </w:rPr>
        <w:t>WNIOSEK O OBJĘCIE UCZNIA DOWOZEM DO SZKOŁY</w:t>
      </w:r>
    </w:p>
    <w:p w:rsidR="00A65A80" w:rsidRDefault="00FE58E5">
      <w:pPr>
        <w:jc w:val="center"/>
        <w:rPr>
          <w:b/>
          <w:sz w:val="26"/>
          <w:lang w:val="pl-PL"/>
        </w:rPr>
      </w:pPr>
      <w:proofErr w:type="spellStart"/>
      <w:r>
        <w:rPr>
          <w:b/>
          <w:sz w:val="26"/>
          <w:lang w:val="pl-PL"/>
        </w:rPr>
        <w:t>wer</w:t>
      </w:r>
      <w:proofErr w:type="spellEnd"/>
      <w:r>
        <w:rPr>
          <w:b/>
          <w:sz w:val="26"/>
          <w:lang w:val="pl-PL"/>
        </w:rPr>
        <w:t>. 3 z dnia 01.10</w:t>
      </w:r>
      <w:r w:rsidR="00A65A80">
        <w:rPr>
          <w:b/>
          <w:sz w:val="26"/>
          <w:lang w:val="pl-PL"/>
        </w:rPr>
        <w:t>.2026</w:t>
      </w:r>
    </w:p>
    <w:p w:rsidR="009319E3" w:rsidRPr="009319E3" w:rsidRDefault="009319E3" w:rsidP="009319E3">
      <w:pPr>
        <w:jc w:val="both"/>
        <w:rPr>
          <w:lang w:val="pl-PL"/>
        </w:rPr>
      </w:pPr>
    </w:p>
    <w:p w:rsidR="0087607A" w:rsidRPr="009319E3" w:rsidRDefault="00421D78" w:rsidP="009319E3">
      <w:pPr>
        <w:jc w:val="both"/>
        <w:rPr>
          <w:lang w:val="pl-PL"/>
        </w:rPr>
      </w:pPr>
      <w:r w:rsidRPr="009319E3">
        <w:rPr>
          <w:lang w:val="pl-PL"/>
        </w:rPr>
        <w:t xml:space="preserve">Zwracam się z prośbą o objęcie dowozem do Szkoły Podstawowej im. ks. Jana Twardowskiego </w:t>
      </w:r>
      <w:r w:rsidR="009319E3" w:rsidRPr="009319E3">
        <w:rPr>
          <w:lang w:val="pl-PL"/>
        </w:rPr>
        <w:br/>
      </w:r>
      <w:r w:rsidRPr="009319E3">
        <w:rPr>
          <w:lang w:val="pl-PL"/>
        </w:rPr>
        <w:t>w Przyłękach niżej wskazanego ucznia:</w:t>
      </w:r>
    </w:p>
    <w:p w:rsidR="0087607A" w:rsidRPr="009319E3" w:rsidRDefault="00421D78">
      <w:pPr>
        <w:rPr>
          <w:lang w:val="pl-PL"/>
        </w:rPr>
      </w:pPr>
      <w:r w:rsidRPr="009319E3">
        <w:rPr>
          <w:b/>
          <w:lang w:val="pl-PL"/>
        </w:rPr>
        <w:t xml:space="preserve">Imię i nazwisko ucznia: </w:t>
      </w:r>
      <w:r w:rsidRPr="009319E3">
        <w:rPr>
          <w:lang w:val="pl-PL"/>
        </w:rPr>
        <w:t>........................................................................................................</w:t>
      </w:r>
    </w:p>
    <w:p w:rsidR="0087607A" w:rsidRPr="009319E3" w:rsidRDefault="00421D78">
      <w:pPr>
        <w:rPr>
          <w:lang w:val="pl-PL"/>
        </w:rPr>
      </w:pPr>
      <w:r w:rsidRPr="009319E3">
        <w:rPr>
          <w:b/>
          <w:lang w:val="pl-PL"/>
        </w:rPr>
        <w:t xml:space="preserve">Klasa: </w:t>
      </w:r>
      <w:r w:rsidRPr="009319E3">
        <w:rPr>
          <w:lang w:val="pl-PL"/>
        </w:rPr>
        <w:t>....................................................................................</w:t>
      </w:r>
      <w:r w:rsidR="009319E3" w:rsidRPr="009319E3">
        <w:rPr>
          <w:lang w:val="pl-PL"/>
        </w:rPr>
        <w:t>............................</w:t>
      </w:r>
      <w:r w:rsidRPr="009319E3">
        <w:rPr>
          <w:lang w:val="pl-PL"/>
        </w:rPr>
        <w:t>....................</w:t>
      </w:r>
    </w:p>
    <w:p w:rsidR="0087607A" w:rsidRPr="009319E3" w:rsidRDefault="009319E3">
      <w:pPr>
        <w:rPr>
          <w:lang w:val="pl-PL"/>
        </w:rPr>
      </w:pPr>
      <w:r w:rsidRPr="009319E3">
        <w:rPr>
          <w:b/>
          <w:lang w:val="pl-PL"/>
        </w:rPr>
        <w:t>Ustalam dla mojego dziecka przystanek</w:t>
      </w:r>
      <w:r w:rsidR="00421D78" w:rsidRPr="009319E3">
        <w:rPr>
          <w:b/>
          <w:lang w:val="pl-PL"/>
        </w:rPr>
        <w:t xml:space="preserve">: </w:t>
      </w:r>
      <w:r w:rsidR="00421D78" w:rsidRPr="009319E3">
        <w:rPr>
          <w:lang w:val="pl-PL"/>
        </w:rPr>
        <w:t>......................................................................</w:t>
      </w:r>
      <w:r w:rsidRPr="009319E3">
        <w:rPr>
          <w:lang w:val="pl-PL"/>
        </w:rPr>
        <w:t>.</w:t>
      </w:r>
      <w:r w:rsidR="00421D78" w:rsidRPr="009319E3">
        <w:rPr>
          <w:lang w:val="pl-PL"/>
        </w:rPr>
        <w:t>..................................</w:t>
      </w:r>
    </w:p>
    <w:p w:rsidR="0087607A" w:rsidRPr="009319E3" w:rsidRDefault="00421D78">
      <w:pPr>
        <w:rPr>
          <w:lang w:val="pl-PL"/>
        </w:rPr>
      </w:pPr>
      <w:r w:rsidRPr="009319E3">
        <w:rPr>
          <w:b/>
          <w:lang w:val="pl-PL"/>
        </w:rPr>
        <w:t xml:space="preserve">Proszę o objęcie ucznia dowozem od dnia: </w:t>
      </w:r>
      <w:r w:rsidRPr="009319E3">
        <w:rPr>
          <w:lang w:val="pl-PL"/>
        </w:rPr>
        <w:t>.................................................. 2026 r.</w:t>
      </w:r>
    </w:p>
    <w:p w:rsidR="0087607A" w:rsidRPr="009319E3" w:rsidRDefault="00421D78">
      <w:pPr>
        <w:rPr>
          <w:lang w:val="pl-PL"/>
        </w:rPr>
      </w:pPr>
      <w:r w:rsidRPr="009319E3">
        <w:rPr>
          <w:lang w:val="pl-PL"/>
        </w:rPr>
        <w:t>Dowóz ucznia będzie realizowany zg</w:t>
      </w:r>
      <w:r w:rsidR="009319E3">
        <w:rPr>
          <w:lang w:val="pl-PL"/>
        </w:rPr>
        <w:t>odnie z poniższym harmonogramem (proszę wskazać konkretne dni oraz godziny)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3260"/>
        <w:gridCol w:w="4071"/>
      </w:tblGrid>
      <w:tr w:rsidR="0087607A" w:rsidRPr="009319E3" w:rsidTr="00FE58E5">
        <w:trPr>
          <w:jc w:val="center"/>
        </w:trPr>
        <w:tc>
          <w:tcPr>
            <w:tcW w:w="240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b/>
                <w:lang w:val="pl-PL"/>
              </w:rPr>
              <w:t>Dzień tygodnia</w:t>
            </w:r>
          </w:p>
        </w:tc>
        <w:tc>
          <w:tcPr>
            <w:tcW w:w="3260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b/>
                <w:lang w:val="pl-PL"/>
              </w:rPr>
              <w:t>Przyjazd do szkoły</w:t>
            </w:r>
          </w:p>
        </w:tc>
        <w:tc>
          <w:tcPr>
            <w:tcW w:w="4071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b/>
                <w:lang w:val="pl-PL"/>
              </w:rPr>
              <w:t>Powrót ze szkoły</w:t>
            </w:r>
          </w:p>
        </w:tc>
      </w:tr>
      <w:tr w:rsidR="0087607A" w:rsidRPr="009319E3" w:rsidTr="00FE58E5">
        <w:trPr>
          <w:jc w:val="center"/>
        </w:trPr>
        <w:tc>
          <w:tcPr>
            <w:tcW w:w="240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 Poniedziałek</w:t>
            </w:r>
          </w:p>
        </w:tc>
        <w:tc>
          <w:tcPr>
            <w:tcW w:w="3260" w:type="dxa"/>
            <w:vAlign w:val="center"/>
          </w:tcPr>
          <w:p w:rsidR="0087607A" w:rsidRPr="009319E3" w:rsidRDefault="009319E3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>
              <w:rPr>
                <w:lang w:val="pl-PL"/>
              </w:rPr>
              <w:t xml:space="preserve"> </w:t>
            </w:r>
            <w:r w:rsidR="00421D78" w:rsidRPr="009319E3">
              <w:rPr>
                <w:lang w:val="pl-PL"/>
              </w:rPr>
              <w:t>godz. 7.50</w:t>
            </w:r>
            <w:r w:rsidR="00A65A80">
              <w:rPr>
                <w:lang w:val="pl-PL"/>
              </w:rPr>
              <w:t xml:space="preserve">     </w:t>
            </w:r>
            <w:r w:rsidR="00A65A80" w:rsidRPr="009319E3">
              <w:rPr>
                <w:rFonts w:ascii="Segoe UI Symbol" w:hAnsi="Segoe UI Symbol" w:cs="Segoe UI Symbol"/>
                <w:lang w:val="pl-PL"/>
              </w:rPr>
              <w:t>☐</w:t>
            </w:r>
            <w:r w:rsidR="00A65A80">
              <w:rPr>
                <w:lang w:val="pl-PL"/>
              </w:rPr>
              <w:t xml:space="preserve"> godz. 8.45  </w:t>
            </w:r>
          </w:p>
        </w:tc>
        <w:tc>
          <w:tcPr>
            <w:tcW w:w="4071" w:type="dxa"/>
            <w:vAlign w:val="center"/>
          </w:tcPr>
          <w:p w:rsidR="0087607A" w:rsidRPr="009319E3" w:rsidRDefault="00421D78" w:rsidP="00FE58E5">
            <w:pPr>
              <w:rPr>
                <w:lang w:val="pl-PL"/>
              </w:rPr>
            </w:pPr>
            <w:r w:rsidRPr="009319E3">
              <w:rPr>
                <w:rFonts w:ascii="Segoe UI Symbol" w:hAnsi="Segoe UI Symbol" w:cs="Segoe UI Symbol"/>
                <w:lang w:val="pl-PL"/>
              </w:rPr>
              <w:t>☐</w:t>
            </w:r>
            <w:r w:rsidR="004338B4">
              <w:rPr>
                <w:lang w:val="pl-PL"/>
              </w:rPr>
              <w:t xml:space="preserve"> 12.45   </w:t>
            </w:r>
            <w:r w:rsidR="00FE58E5">
              <w:rPr>
                <w:lang w:val="pl-PL"/>
              </w:rPr>
              <w:t xml:space="preserve">    </w:t>
            </w:r>
            <w:r w:rsidR="00FE58E5">
              <w:rPr>
                <w:rFonts w:ascii="Segoe UI Symbol" w:hAnsi="Segoe UI Symbol" w:cs="Segoe UI Symbol"/>
                <w:lang w:val="pl-PL"/>
              </w:rPr>
              <w:t>☐</w:t>
            </w:r>
            <w:r w:rsidR="00FE58E5">
              <w:rPr>
                <w:lang w:val="pl-PL"/>
              </w:rPr>
              <w:t xml:space="preserve"> 13</w:t>
            </w:r>
            <w:r w:rsidR="00FE58E5">
              <w:rPr>
                <w:lang w:val="pl-PL"/>
              </w:rPr>
              <w:t>.4</w:t>
            </w:r>
            <w:r w:rsidR="00FE58E5" w:rsidRPr="009319E3">
              <w:rPr>
                <w:lang w:val="pl-PL"/>
              </w:rPr>
              <w:t>5</w:t>
            </w:r>
            <w:r w:rsidR="00FE58E5">
              <w:rPr>
                <w:lang w:val="pl-PL"/>
              </w:rPr>
              <w:t xml:space="preserve">       </w:t>
            </w:r>
          </w:p>
        </w:tc>
      </w:tr>
      <w:tr w:rsidR="0087607A" w:rsidRPr="009319E3" w:rsidTr="00FE58E5">
        <w:trPr>
          <w:jc w:val="center"/>
        </w:trPr>
        <w:tc>
          <w:tcPr>
            <w:tcW w:w="240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 Wtorek</w:t>
            </w:r>
          </w:p>
        </w:tc>
        <w:tc>
          <w:tcPr>
            <w:tcW w:w="3260" w:type="dxa"/>
            <w:vAlign w:val="center"/>
          </w:tcPr>
          <w:p w:rsidR="0087607A" w:rsidRPr="009319E3" w:rsidRDefault="009319E3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>
              <w:rPr>
                <w:lang w:val="pl-PL"/>
              </w:rPr>
              <w:t xml:space="preserve"> </w:t>
            </w:r>
            <w:r w:rsidR="00421D78" w:rsidRPr="009319E3">
              <w:rPr>
                <w:lang w:val="pl-PL"/>
              </w:rPr>
              <w:t>godz. 7.50</w:t>
            </w:r>
            <w:r w:rsidR="00A65A80">
              <w:rPr>
                <w:lang w:val="pl-PL"/>
              </w:rPr>
              <w:t xml:space="preserve">     </w:t>
            </w:r>
            <w:r w:rsidR="00A65A80" w:rsidRPr="009319E3">
              <w:rPr>
                <w:rFonts w:ascii="Segoe UI Symbol" w:hAnsi="Segoe UI Symbol" w:cs="Segoe UI Symbol"/>
                <w:lang w:val="pl-PL"/>
              </w:rPr>
              <w:t>☐</w:t>
            </w:r>
            <w:r w:rsidR="00A65A80">
              <w:rPr>
                <w:lang w:val="pl-PL"/>
              </w:rPr>
              <w:t xml:space="preserve"> godz. 8.45  </w:t>
            </w:r>
          </w:p>
        </w:tc>
        <w:tc>
          <w:tcPr>
            <w:tcW w:w="4071" w:type="dxa"/>
            <w:vAlign w:val="center"/>
          </w:tcPr>
          <w:p w:rsidR="0087607A" w:rsidRPr="009319E3" w:rsidRDefault="00FE58E5">
            <w:pPr>
              <w:rPr>
                <w:lang w:val="pl-PL"/>
              </w:rPr>
            </w:pPr>
            <w:r w:rsidRPr="009319E3">
              <w:rPr>
                <w:rFonts w:ascii="Segoe UI Symbol" w:hAnsi="Segoe UI Symbol" w:cs="Segoe UI Symbol"/>
                <w:lang w:val="pl-PL"/>
              </w:rPr>
              <w:t>☐</w:t>
            </w:r>
            <w:r>
              <w:rPr>
                <w:lang w:val="pl-PL"/>
              </w:rPr>
              <w:t xml:space="preserve"> 12.45       </w:t>
            </w:r>
            <w:r>
              <w:rPr>
                <w:rFonts w:ascii="Segoe UI Symbol" w:hAnsi="Segoe UI Symbol" w:cs="Segoe UI Symbol"/>
                <w:lang w:val="pl-PL"/>
              </w:rPr>
              <w:t>☐</w:t>
            </w:r>
            <w:r>
              <w:rPr>
                <w:lang w:val="pl-PL"/>
              </w:rPr>
              <w:t xml:space="preserve"> 13.4</w:t>
            </w:r>
            <w:r w:rsidRPr="009319E3">
              <w:rPr>
                <w:lang w:val="pl-PL"/>
              </w:rPr>
              <w:t>5</w:t>
            </w:r>
            <w:r>
              <w:rPr>
                <w:lang w:val="pl-PL"/>
              </w:rPr>
              <w:t xml:space="preserve">   </w:t>
            </w:r>
            <w:r>
              <w:rPr>
                <w:lang w:val="pl-PL"/>
              </w:rPr>
              <w:t xml:space="preserve">   </w:t>
            </w:r>
            <w:r>
              <w:rPr>
                <w:lang w:val="pl-PL"/>
              </w:rPr>
              <w:t xml:space="preserve"> </w:t>
            </w:r>
          </w:p>
        </w:tc>
      </w:tr>
      <w:tr w:rsidR="0087607A" w:rsidRPr="009319E3" w:rsidTr="00FE58E5">
        <w:trPr>
          <w:jc w:val="center"/>
        </w:trPr>
        <w:tc>
          <w:tcPr>
            <w:tcW w:w="240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 Środa</w:t>
            </w:r>
          </w:p>
        </w:tc>
        <w:tc>
          <w:tcPr>
            <w:tcW w:w="3260" w:type="dxa"/>
            <w:vAlign w:val="center"/>
          </w:tcPr>
          <w:p w:rsidR="0087607A" w:rsidRPr="009319E3" w:rsidRDefault="009319E3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>
              <w:rPr>
                <w:lang w:val="pl-PL"/>
              </w:rPr>
              <w:t xml:space="preserve"> </w:t>
            </w:r>
            <w:r w:rsidR="00421D78" w:rsidRPr="009319E3">
              <w:rPr>
                <w:lang w:val="pl-PL"/>
              </w:rPr>
              <w:t>godz. 7.50</w:t>
            </w:r>
            <w:r w:rsidR="00A65A80">
              <w:rPr>
                <w:lang w:val="pl-PL"/>
              </w:rPr>
              <w:t xml:space="preserve">     </w:t>
            </w:r>
            <w:r w:rsidR="00A65A80" w:rsidRPr="009319E3">
              <w:rPr>
                <w:rFonts w:ascii="Segoe UI Symbol" w:hAnsi="Segoe UI Symbol" w:cs="Segoe UI Symbol"/>
                <w:lang w:val="pl-PL"/>
              </w:rPr>
              <w:t>☐</w:t>
            </w:r>
            <w:r w:rsidR="00A65A80">
              <w:rPr>
                <w:lang w:val="pl-PL"/>
              </w:rPr>
              <w:t xml:space="preserve"> godz. 8.45  </w:t>
            </w:r>
          </w:p>
        </w:tc>
        <w:tc>
          <w:tcPr>
            <w:tcW w:w="4071" w:type="dxa"/>
            <w:vAlign w:val="center"/>
          </w:tcPr>
          <w:p w:rsidR="0087607A" w:rsidRPr="009319E3" w:rsidRDefault="00FE58E5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>
              <w:rPr>
                <w:lang w:val="pl-PL"/>
              </w:rPr>
              <w:t xml:space="preserve"> 12.45       ☐ 13.4</w:t>
            </w:r>
            <w:r w:rsidRPr="009319E3">
              <w:rPr>
                <w:lang w:val="pl-PL"/>
              </w:rPr>
              <w:t>5</w:t>
            </w:r>
            <w:r>
              <w:rPr>
                <w:lang w:val="pl-PL"/>
              </w:rPr>
              <w:t xml:space="preserve">   </w:t>
            </w:r>
            <w:r>
              <w:rPr>
                <w:lang w:val="pl-PL"/>
              </w:rPr>
              <w:t xml:space="preserve">   </w:t>
            </w:r>
            <w:r w:rsidR="00F62DD6">
              <w:rPr>
                <w:lang w:val="pl-PL"/>
              </w:rPr>
              <w:t xml:space="preserve"> </w:t>
            </w:r>
            <w:r>
              <w:rPr>
                <w:lang w:val="pl-PL"/>
              </w:rPr>
              <w:t xml:space="preserve"> </w:t>
            </w:r>
            <w:r w:rsidR="00F62DD6">
              <w:rPr>
                <w:lang w:val="pl-PL"/>
              </w:rPr>
              <w:t>☐ 16.3</w:t>
            </w:r>
            <w:r w:rsidR="00F62DD6" w:rsidRPr="009319E3">
              <w:rPr>
                <w:lang w:val="pl-PL"/>
              </w:rPr>
              <w:t>5</w:t>
            </w:r>
          </w:p>
        </w:tc>
      </w:tr>
      <w:tr w:rsidR="0087607A" w:rsidRPr="009319E3" w:rsidTr="00FE58E5">
        <w:trPr>
          <w:jc w:val="center"/>
        </w:trPr>
        <w:tc>
          <w:tcPr>
            <w:tcW w:w="240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 Czwartek</w:t>
            </w:r>
          </w:p>
        </w:tc>
        <w:tc>
          <w:tcPr>
            <w:tcW w:w="3260" w:type="dxa"/>
            <w:vAlign w:val="center"/>
          </w:tcPr>
          <w:p w:rsidR="0087607A" w:rsidRPr="009319E3" w:rsidRDefault="009319E3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>
              <w:rPr>
                <w:lang w:val="pl-PL"/>
              </w:rPr>
              <w:t xml:space="preserve"> </w:t>
            </w:r>
            <w:r w:rsidR="00421D78" w:rsidRPr="009319E3">
              <w:rPr>
                <w:lang w:val="pl-PL"/>
              </w:rPr>
              <w:t>godz. 7.50</w:t>
            </w:r>
            <w:r w:rsidR="00A65A80">
              <w:rPr>
                <w:lang w:val="pl-PL"/>
              </w:rPr>
              <w:t xml:space="preserve">     </w:t>
            </w:r>
            <w:r w:rsidR="00A65A80" w:rsidRPr="009319E3">
              <w:rPr>
                <w:rFonts w:ascii="Segoe UI Symbol" w:hAnsi="Segoe UI Symbol" w:cs="Segoe UI Symbol"/>
                <w:lang w:val="pl-PL"/>
              </w:rPr>
              <w:t>☐</w:t>
            </w:r>
            <w:r w:rsidR="00A65A80">
              <w:rPr>
                <w:lang w:val="pl-PL"/>
              </w:rPr>
              <w:t xml:space="preserve"> godz. 8.45  </w:t>
            </w:r>
          </w:p>
        </w:tc>
        <w:tc>
          <w:tcPr>
            <w:tcW w:w="4071" w:type="dxa"/>
            <w:vAlign w:val="center"/>
          </w:tcPr>
          <w:p w:rsidR="0087607A" w:rsidRPr="009319E3" w:rsidRDefault="00FE58E5">
            <w:pPr>
              <w:rPr>
                <w:lang w:val="pl-PL"/>
              </w:rPr>
            </w:pPr>
            <w:r w:rsidRPr="009319E3">
              <w:rPr>
                <w:rFonts w:ascii="Segoe UI Symbol" w:hAnsi="Segoe UI Symbol" w:cs="Segoe UI Symbol"/>
                <w:lang w:val="pl-PL"/>
              </w:rPr>
              <w:t>☐</w:t>
            </w:r>
            <w:r>
              <w:rPr>
                <w:lang w:val="pl-PL"/>
              </w:rPr>
              <w:t xml:space="preserve"> 12.45       </w:t>
            </w:r>
            <w:r>
              <w:rPr>
                <w:rFonts w:ascii="Segoe UI Symbol" w:hAnsi="Segoe UI Symbol" w:cs="Segoe UI Symbol"/>
                <w:lang w:val="pl-PL"/>
              </w:rPr>
              <w:t>☐</w:t>
            </w:r>
            <w:r>
              <w:rPr>
                <w:lang w:val="pl-PL"/>
              </w:rPr>
              <w:t xml:space="preserve"> 13.4</w:t>
            </w:r>
            <w:r w:rsidRPr="009319E3">
              <w:rPr>
                <w:lang w:val="pl-PL"/>
              </w:rPr>
              <w:t>5</w:t>
            </w:r>
            <w:r>
              <w:rPr>
                <w:lang w:val="pl-PL"/>
              </w:rPr>
              <w:t xml:space="preserve">    </w:t>
            </w:r>
            <w:r>
              <w:rPr>
                <w:lang w:val="pl-PL"/>
              </w:rPr>
              <w:t xml:space="preserve">   </w:t>
            </w:r>
          </w:p>
        </w:tc>
      </w:tr>
      <w:tr w:rsidR="0087607A" w:rsidRPr="009319E3" w:rsidTr="00FE58E5">
        <w:trPr>
          <w:jc w:val="center"/>
        </w:trPr>
        <w:tc>
          <w:tcPr>
            <w:tcW w:w="2405" w:type="dxa"/>
            <w:vAlign w:val="center"/>
          </w:tcPr>
          <w:p w:rsidR="0087607A" w:rsidRPr="009319E3" w:rsidRDefault="00421D78">
            <w:pPr>
              <w:rPr>
                <w:lang w:val="pl-PL"/>
              </w:rPr>
            </w:pPr>
            <w:r w:rsidRPr="009319E3">
              <w:rPr>
                <w:lang w:val="pl-PL"/>
              </w:rPr>
              <w:t>☐ Piątek</w:t>
            </w:r>
          </w:p>
        </w:tc>
        <w:tc>
          <w:tcPr>
            <w:tcW w:w="3260" w:type="dxa"/>
            <w:vAlign w:val="center"/>
          </w:tcPr>
          <w:p w:rsidR="0087607A" w:rsidRPr="009319E3" w:rsidRDefault="009319E3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>
              <w:rPr>
                <w:lang w:val="pl-PL"/>
              </w:rPr>
              <w:t xml:space="preserve"> </w:t>
            </w:r>
            <w:r w:rsidR="00421D78" w:rsidRPr="009319E3">
              <w:rPr>
                <w:lang w:val="pl-PL"/>
              </w:rPr>
              <w:t>godz. 7.50</w:t>
            </w:r>
            <w:r w:rsidR="00A65A80">
              <w:rPr>
                <w:lang w:val="pl-PL"/>
              </w:rPr>
              <w:t xml:space="preserve">     </w:t>
            </w:r>
            <w:r w:rsidR="00A65A80" w:rsidRPr="009319E3">
              <w:rPr>
                <w:rFonts w:ascii="Segoe UI Symbol" w:hAnsi="Segoe UI Symbol" w:cs="Segoe UI Symbol"/>
                <w:lang w:val="pl-PL"/>
              </w:rPr>
              <w:t>☐</w:t>
            </w:r>
            <w:r w:rsidR="00A65A80">
              <w:rPr>
                <w:lang w:val="pl-PL"/>
              </w:rPr>
              <w:t xml:space="preserve"> godz. 8.45  </w:t>
            </w:r>
          </w:p>
        </w:tc>
        <w:tc>
          <w:tcPr>
            <w:tcW w:w="4071" w:type="dxa"/>
            <w:vAlign w:val="center"/>
          </w:tcPr>
          <w:p w:rsidR="0087607A" w:rsidRPr="009319E3" w:rsidRDefault="00FE58E5">
            <w:pPr>
              <w:rPr>
                <w:lang w:val="pl-PL"/>
              </w:rPr>
            </w:pPr>
            <w:r w:rsidRPr="009319E3">
              <w:rPr>
                <w:lang w:val="pl-PL"/>
              </w:rPr>
              <w:t>☐</w:t>
            </w:r>
            <w:r>
              <w:rPr>
                <w:lang w:val="pl-PL"/>
              </w:rPr>
              <w:t xml:space="preserve"> 12.45       ☐ 13.4</w:t>
            </w:r>
            <w:r w:rsidRPr="009319E3">
              <w:rPr>
                <w:lang w:val="pl-PL"/>
              </w:rPr>
              <w:t>5</w:t>
            </w:r>
            <w:r>
              <w:rPr>
                <w:lang w:val="pl-PL"/>
              </w:rPr>
              <w:t xml:space="preserve">   </w:t>
            </w:r>
            <w:r w:rsidR="00F62DD6">
              <w:rPr>
                <w:lang w:val="pl-PL"/>
              </w:rPr>
              <w:t xml:space="preserve">    </w:t>
            </w:r>
            <w:r>
              <w:rPr>
                <w:lang w:val="pl-PL"/>
              </w:rPr>
              <w:t xml:space="preserve"> </w:t>
            </w:r>
          </w:p>
        </w:tc>
      </w:tr>
    </w:tbl>
    <w:p w:rsidR="0087607A" w:rsidRPr="009319E3" w:rsidRDefault="0087607A">
      <w:pPr>
        <w:rPr>
          <w:lang w:val="pl-PL"/>
        </w:rPr>
      </w:pPr>
    </w:p>
    <w:p w:rsidR="0087607A" w:rsidRDefault="00421D78">
      <w:pPr>
        <w:rPr>
          <w:lang w:val="pl-PL"/>
        </w:rPr>
      </w:pPr>
      <w:r w:rsidRPr="009319E3">
        <w:rPr>
          <w:lang w:val="pl-PL"/>
        </w:rPr>
        <w:t>Proszę o uwzględnienie ucznia w organizacji dowozów szkolnych od wskazanego powyżej terminu, w zaznaczone dni i godziny.</w:t>
      </w:r>
    </w:p>
    <w:p w:rsidR="0056626C" w:rsidRPr="009319E3" w:rsidRDefault="0056626C">
      <w:pPr>
        <w:rPr>
          <w:lang w:val="pl-PL"/>
        </w:rPr>
      </w:pPr>
      <w:r>
        <w:rPr>
          <w:lang w:val="pl-PL"/>
        </w:rPr>
        <w:t xml:space="preserve">Nowy harmonogram obowiązuje od </w:t>
      </w:r>
      <w:r w:rsidR="00E81EB4">
        <w:rPr>
          <w:lang w:val="pl-PL"/>
        </w:rPr>
        <w:t>08</w:t>
      </w:r>
      <w:bookmarkStart w:id="0" w:name="_GoBack"/>
      <w:bookmarkEnd w:id="0"/>
      <w:r>
        <w:rPr>
          <w:lang w:val="pl-PL"/>
        </w:rPr>
        <w:t>.10.2026.</w:t>
      </w:r>
    </w:p>
    <w:p w:rsidR="009319E3" w:rsidRPr="009319E3" w:rsidRDefault="00421D78">
      <w:pPr>
        <w:jc w:val="right"/>
        <w:rPr>
          <w:lang w:val="pl-PL"/>
        </w:rPr>
      </w:pPr>
      <w:r w:rsidRPr="009319E3">
        <w:rPr>
          <w:lang w:val="pl-PL"/>
        </w:rPr>
        <w:t>................................</w:t>
      </w:r>
      <w:r w:rsidR="009319E3" w:rsidRPr="009319E3">
        <w:rPr>
          <w:lang w:val="pl-PL"/>
        </w:rPr>
        <w:t>...............................</w:t>
      </w:r>
    </w:p>
    <w:p w:rsidR="0087607A" w:rsidRPr="00D343BE" w:rsidRDefault="009319E3">
      <w:pPr>
        <w:jc w:val="right"/>
        <w:rPr>
          <w:lang w:val="pl-PL"/>
        </w:rPr>
      </w:pPr>
      <w:r w:rsidRPr="00D343BE">
        <w:rPr>
          <w:b/>
          <w:lang w:val="pl-PL"/>
        </w:rPr>
        <w:t xml:space="preserve">podpis rodzica  </w:t>
      </w:r>
    </w:p>
    <w:sectPr w:rsidR="0087607A" w:rsidRPr="00D343BE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C0974"/>
    <w:rsid w:val="00326F90"/>
    <w:rsid w:val="00421D78"/>
    <w:rsid w:val="004338B4"/>
    <w:rsid w:val="0056626C"/>
    <w:rsid w:val="006C37C5"/>
    <w:rsid w:val="0087607A"/>
    <w:rsid w:val="008A689B"/>
    <w:rsid w:val="009319E3"/>
    <w:rsid w:val="00A65A80"/>
    <w:rsid w:val="00AA1D8D"/>
    <w:rsid w:val="00B47730"/>
    <w:rsid w:val="00CB0664"/>
    <w:rsid w:val="00D343BE"/>
    <w:rsid w:val="00DC0456"/>
    <w:rsid w:val="00E81EB4"/>
    <w:rsid w:val="00F62DD6"/>
    <w:rsid w:val="00FC693F"/>
    <w:rsid w:val="00FE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1F3EA1"/>
  <w14:defaultImageDpi w14:val="300"/>
  <w15:docId w15:val="{1C39B7FC-C1A6-4A7B-8465-22DBD22E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931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6AA257-9A4D-4781-89D5-B9FA5E174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Pasieczna-Szpulecka</cp:lastModifiedBy>
  <cp:revision>13</cp:revision>
  <cp:lastPrinted>2026-10-01T10:03:00Z</cp:lastPrinted>
  <dcterms:created xsi:type="dcterms:W3CDTF">2026-09-18T10:39:00Z</dcterms:created>
  <dcterms:modified xsi:type="dcterms:W3CDTF">2026-10-01T10:29:00Z</dcterms:modified>
  <cp:category/>
</cp:coreProperties>
</file>